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טובות ולהגדיר אותן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למידות טובות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מידה לחיזוק אישי ולהסביר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להמשיך לנסות גם כשקשה,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לשחרר כעס ולתת הזדמנות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כבוד הוא התייחסות לערך האדם, אדיבות היא נימוס וחום יומיומי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הוא עד שלוש 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מדויקת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פעולה הוא לעבוד יחד למטרה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מאחורי שאלת השיחה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הכרת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(להישאר אחרי השיעור כדי לעזור בסידור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(להקשיב עד הסוף לדעה שונה בלי לזלזל)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(להחזיר בזמן ספר ששאלתי)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(לכתוב פתק תודה למורה או לנהג ההסעה)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(לפתוח דלת למי שידיו מלאות)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ודוגמה ממשית, אחת מ-15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מידה מהרשימה והסבר קצר ואישי מדוע חשובה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קונפליקט קטן ופתרון שמבוסס על ויתור וכעס שמשתחרר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חיובי קצר של מידה שנצפתה בפועל, בלשון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לקחת בעלות על מעשיי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פתק תודה או הודיה על טוב שקיבלו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הגדרות המידות לפני תחילת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האישית מתאים גם כהמשך לפעילות הסימנייה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בפעילות השוק של הלב כל תלמיד ותלמידה מקבלים אורות דמיוניים וקונים בהם עד שלוש מידות טובות מתוך רשימה. דף זה מתרגל את המידות, ההגדרות שלהן והדוגמאות שלהן.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מתארת "לראות את הטוב שבאנשים ולשמוח בהצלחתם"?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המידה "התמדה"?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להפסיק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להמשיך לנסות גם כשקשה, צעד אחר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 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מידה קשורה להחזרת עודף שקיבלנו בטעות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המידה "סלחנות"?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לשחרר כעס ולתת הזדמנות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לנקום בחבר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"כבוד" ל"אדיבות" כפי שמוצג בשוק של הלב?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התייחסות לערך האדם, אדיבות היא נימוס וחום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המילים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הוא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אדיבות היא רק לחברים הכי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"עין טובה" פירושה לראות את הטוב שבאנשים ובמצבים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של הלב מותר לקנות עד חמש 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"הקשבה" פירושה להניח את הטלפון בצד ולשמוע באמת מה שחבר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"שיתוף פעולה" פירושו לעבוד לבד כדי להצליח מהר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לאמן מידה טובה בדיוק כמו שמאמנים שריר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המידה שבה מודים על הטוב שקיבלנו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לעשות את הנכון גם כשמפחדים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לחכות ולהתמיד בלי לכעוס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לקחת בעלות על מעשיי ועל מה שהופקד בידיי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לומר אמת ולפעול בלי רמאות גם כשאף אחד לא רואה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לכתוב פתק תודה למורה או לנהג ההסעה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להחזיר בזמן ספר ששאלתי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לפתוח דלת למי שידיו מלאות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להקשיב עד הסוף לדעה שונה בלי לזלזל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אדיבות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להישאר אחרי השיעור כדי לעזור בסידור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המידה הכי חזקה אצלכם? תנו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קטן לשנה: איזו מידה אתם רוצים לחזק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בכיתה שבו אפשר להשתמש במידת הסלחנות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על חבר או חברה לכיתה (בלי שם) מידה טובה שראיתם אצלו או אצלה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המידה "אחריות"?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למידת הכרת הטוב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הייתם רוצים לחזק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מידות טובות – השוק של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