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מידות טובות – השוק של הלב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מידות טובות ולהגדיר אותן במילים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למידות טובות במצבים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מידה לחיזוק אישי ולהסביר מדוע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עין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להמשיך לנסות גם כשקשה, צעד אחר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לשחרר כעס ולתת הזדמנות נוספת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כבוד הוא התייחסות לערך האדם, אדיבות היא נימוס וחום יומיומי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המדויקת של המידה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הכלל הוא עד שלוש 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דוגמה מדויקת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שיתוף פעולה הוא לעבוד יחד למטרה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הרעיון מאחורי שאלת השיחה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הכרת הטוב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מידה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(לפרגן לחברה שקיבלה ציון גבוה בלי להשוות)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(להישאר אחרי השיעור כדי לעזור בסידור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(להקשיב עד הסוף לדעה שונה בלי לזלזל)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(להחזיר בזמן ספר ששאלתי)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(לכתוב פתק תודה למורה או לנהג ההסעה)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(לפתוח דלת למי שידיו מלאות)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הסבר ודוגמה ממשית, אחת מ-15 המידות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מידה מהרשימה והסבר קצר ואישי מדוע חשובה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קונפליקט קטן ופתרון שמבוסס על ויתור וכעס שמשתחרר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תיאור חיובי קצר של מידה שנצפתה בפועל, בלשון 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לקחת בעלות על מעשיי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פתק תודה או הודיה על טוב שקיבלו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מנומקת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ההתאמה בקבוצות קטנות לפני המילוי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הגדרות המידות לפני תחילת הדף לתלמידים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הכתיבה האישית מתאים גם כהמשך לפעילות הסימנייה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מידות טובות – השוק של הלב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בשוק של הלב קונים מידות טובות, לא צעצועים. בדף הזה נלמד מה פירוש כל מידה ונמצא דוגמאות.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עין טובה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לראות את הטוב באנשים ולשמוח בהצלחה שלהם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לחכות בלי לכעוס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נתינה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מהזמן והכוח שלי לאחרים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בעלות על מעשיי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אמת גם כשאף אחד לא רואה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הכרת הטוב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לטוב שקיבלתי ולהודות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סלחנות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לשחרר כעס ולתת הזדמנות נוספת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לשמוע באמת, עם הלב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המידה: לשמוח כשלחברים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עין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להתמיד?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להפסיק כשקשה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להמשיך לנסות גם כשקשה, צעד אחר צעד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לוותר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לכעוס על כישלון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אם קיבלנו כסף שלא מגיע לנו, באיזו מידה נשתמש?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חוש הומור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כשסולחים למישהו?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לשחרר כעס ולתת הזדמנות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לנקום בחבר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לכעוס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כבוד לאדיבות?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כבוד הוא התייחסות לערך האדם, אדיבות היא נימוס וחום יומיומי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המילים זהות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כבוד הוא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אדיבות היא רק לחברים הכי טובים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"עין טובה" פירושה לראות את הטוב שבאנשים ובמצבים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בשוק של הלב מותר לקנות עד חמש מידות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"הקשבה" פירושה להניח את הטלפון בצד ולשמוע באמת מה שחבר אומר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"שיתוף פעולה" פירושו לעבוד לבד כדי להצליח מהר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לאמן מידה טובה בדיוק כמו שמאמנים שריר בגוף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המידה שבה מודים על הטוב שקיבלנו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לעשות את הנכון גם כשמפחדים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לחכות ולהתמיד בלי לכעוס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לקחת בעלות על מעשיי ועל מה שהופקד בידיי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לומר אמת ולפעול בלי רמאות גם כשאף אחד לא רואה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מידה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להישאר אחרי השיעור כדי לעזור בסידור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נתינה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לפתוח דלת למי שידיו מלאות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לפרגן לחברה שקיבלה ציון גבוה בלי להשוות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לכתוב פתק תודה למורה או לנהג ההסעה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הכרת הטוב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להחזיר בזמן ספר ששאלתי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אדיבות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להקשיב עד הסוף לדעה שונה בלי לזלזל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המידה הכי חזקה אצלכם? תנו דוגמה אחת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קטן לשנה: איזו מידה אתם רוצים לחזק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מצב בכיתה שבו אפשר להשתמש במידת הסלחנות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על חבר או חברה לכיתה (בלי שם) מידה טובה שראיתם אצלו או אצלה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המידה "אחריות"?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למידת הכרת הטוב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מידה הייתם רוצים לחזק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מידות טובות – השוק של הלב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