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מידות טובות – השוק של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מידות טובות ולהגדיר אותן במילים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למידות טובות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מידה לחיזוק אישי ולהסביר 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עין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יושר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המידה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הכלל הוא עד שלוש מידות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הכרת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מידה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(לפרגן לחברה שקיבלה ציון גבוה בלי להשוות)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(להישאר אחרי השיעור כדי לעזור בסידור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(להקשיב עד הסוף לדעה שונה בלי לזלזל)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(להחזיר בזמן ספר ששאלתי)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הסבר ודוגמה ממשית, אחת מ-15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מידה מהרשימה והסבר קצר ואישי מדוע חשובה 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לקחת בעלות על מעשיי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פתק תודה או הודיה על טוב שקיבלו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בקבוצות קטנות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הגדרות המידות לפני תחילת הדף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הכתיבה האישית מתאים גם כהמשך לפעילות הסימנייה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מידות טובות – השוק של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בפעילות השוק של הלב כל תלמיד ותלמידה מקבלים אורות דמיוניים וקונים בהם עד שלוש מידות טובות מתוך רשימה. דף זה מתרגל את המידות, ההגדרות שלהן והדוגמאות שלהן.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אומץ  ·  הכרת הטוב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מידה מתארת "לראות את הטוב שבאנשים ולשמוח בהצלחתם"?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עין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מידה קשורה להחזרת עודף שקיבלנו בטעות בקופה?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הקשבה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"עין טובה" פירושה לראות את הטוב שבאנשים ובמצבים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בשוק של הלב מותר לקנות עד חמש מידות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המידה שבה מודים על הטוב שקיבלנו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לעשות את הנכון גם כשמפחדים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מידה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להישאר אחרי השיעור כדי לעזור בסידור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נתינה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לפרגן לחברה שקיבלה ציון גבוה בלי להשוות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להחזיר בזמן ספר ששאלתי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להקשיב עד הסוף לדעה שונה בלי לזלזל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המידה הכי חזקה אצלכם? תנו דוגמה אחת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קטן לשנה: איזו מידה אתם רוצים לחזק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המידה "אחריות"?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למידת הכרת הטוב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מידות טובות – השוק של הלב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